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4B9B1" w14:textId="77777777" w:rsidR="00BB6C8E" w:rsidRPr="001C1649" w:rsidRDefault="007D132C" w:rsidP="005530EC">
      <w:pPr>
        <w:jc w:val="center"/>
        <w:rPr>
          <w:rFonts w:asciiTheme="majorHAnsi" w:hAnsiTheme="majorHAnsi" w:cstheme="majorHAnsi"/>
          <w:b/>
          <w:sz w:val="28"/>
          <w:szCs w:val="28"/>
          <w:lang w:val="it-IT"/>
        </w:rPr>
      </w:pPr>
      <w:r w:rsidRPr="001C1649">
        <w:rPr>
          <w:rFonts w:asciiTheme="majorHAnsi" w:hAnsiTheme="majorHAnsi" w:cstheme="majorHAnsi"/>
          <w:b/>
          <w:sz w:val="28"/>
          <w:szCs w:val="28"/>
          <w:lang w:val="it-IT"/>
        </w:rPr>
        <w:t>ISTANZA DI SPONSORIZZAZIONE</w:t>
      </w:r>
    </w:p>
    <w:p w14:paraId="0C545728" w14:textId="45ECD8A5" w:rsidR="001C1649" w:rsidRPr="001C1649" w:rsidRDefault="001C1649" w:rsidP="005530EC">
      <w:pPr>
        <w:jc w:val="center"/>
        <w:rPr>
          <w:rFonts w:asciiTheme="majorHAnsi" w:hAnsiTheme="majorHAnsi" w:cstheme="majorHAnsi"/>
          <w:sz w:val="24"/>
          <w:szCs w:val="24"/>
          <w:u w:val="single"/>
          <w:lang w:val="it-IT"/>
        </w:rPr>
      </w:pPr>
      <w:r w:rsidRPr="001C1649">
        <w:rPr>
          <w:rFonts w:asciiTheme="majorHAnsi" w:hAnsiTheme="majorHAnsi" w:cstheme="majorHAnsi"/>
          <w:b/>
          <w:sz w:val="24"/>
          <w:szCs w:val="24"/>
          <w:u w:val="single"/>
          <w:lang w:val="it-IT"/>
        </w:rPr>
        <w:t>PARCHI GIOCHI 2026</w:t>
      </w:r>
    </w:p>
    <w:p w14:paraId="769AC31E" w14:textId="77777777" w:rsidR="001C1649" w:rsidRDefault="001C1649" w:rsidP="005530EC">
      <w:pPr>
        <w:jc w:val="right"/>
        <w:rPr>
          <w:rFonts w:asciiTheme="majorHAnsi" w:hAnsiTheme="majorHAnsi" w:cstheme="majorHAnsi"/>
          <w:b/>
          <w:sz w:val="24"/>
          <w:szCs w:val="24"/>
          <w:lang w:val="it-IT"/>
        </w:rPr>
      </w:pPr>
    </w:p>
    <w:p w14:paraId="7904A46C" w14:textId="2A400F61" w:rsidR="00BB6C8E" w:rsidRPr="0005375D" w:rsidRDefault="007D132C" w:rsidP="005530EC">
      <w:pPr>
        <w:jc w:val="right"/>
        <w:rPr>
          <w:rFonts w:asciiTheme="majorHAnsi" w:hAnsiTheme="majorHAnsi" w:cstheme="majorHAnsi"/>
          <w:b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b/>
          <w:sz w:val="24"/>
          <w:szCs w:val="24"/>
          <w:lang w:val="it-IT"/>
        </w:rPr>
        <w:t>AL COMUNE DI PRESEGLIE</w:t>
      </w:r>
    </w:p>
    <w:p w14:paraId="3CD614CE" w14:textId="04C123E9" w:rsidR="005530EC" w:rsidRDefault="005530EC" w:rsidP="005530EC">
      <w:pPr>
        <w:jc w:val="right"/>
        <w:rPr>
          <w:lang w:val="it-IT"/>
        </w:rPr>
      </w:pPr>
      <w:proofErr w:type="spellStart"/>
      <w:r w:rsidRPr="0005375D">
        <w:rPr>
          <w:rFonts w:asciiTheme="majorHAnsi" w:hAnsiTheme="majorHAnsi" w:cstheme="majorHAnsi"/>
          <w:b/>
          <w:sz w:val="24"/>
          <w:szCs w:val="24"/>
          <w:lang w:val="it-IT"/>
        </w:rPr>
        <w:t>Pec</w:t>
      </w:r>
      <w:proofErr w:type="spellEnd"/>
      <w:r w:rsidRPr="0005375D">
        <w:rPr>
          <w:rFonts w:asciiTheme="majorHAnsi" w:hAnsiTheme="majorHAnsi" w:cstheme="majorHAnsi"/>
          <w:b/>
          <w:sz w:val="24"/>
          <w:szCs w:val="24"/>
          <w:lang w:val="it-IT"/>
        </w:rPr>
        <w:t xml:space="preserve">: </w:t>
      </w:r>
      <w:r w:rsidR="0005375D" w:rsidRPr="00105D2C">
        <w:rPr>
          <w:lang w:val="it-IT"/>
        </w:rPr>
        <w:t>protocollo@pec.comune.</w:t>
      </w:r>
      <w:r w:rsidR="0005375D">
        <w:rPr>
          <w:lang w:val="it-IT"/>
        </w:rPr>
        <w:t>preseglie</w:t>
      </w:r>
      <w:r w:rsidR="0005375D" w:rsidRPr="00105D2C">
        <w:rPr>
          <w:lang w:val="it-IT"/>
        </w:rPr>
        <w:t>.bs.it</w:t>
      </w:r>
    </w:p>
    <w:p w14:paraId="66C8C050" w14:textId="77777777" w:rsidR="001C1649" w:rsidRPr="0005375D" w:rsidRDefault="001C1649" w:rsidP="005530EC">
      <w:pPr>
        <w:jc w:val="right"/>
        <w:rPr>
          <w:rFonts w:asciiTheme="majorHAnsi" w:hAnsiTheme="majorHAnsi" w:cstheme="majorHAnsi"/>
          <w:sz w:val="24"/>
          <w:szCs w:val="24"/>
          <w:lang w:val="it-IT"/>
        </w:rPr>
      </w:pPr>
    </w:p>
    <w:p w14:paraId="4224BD5E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Il/la sottoscritto/a:</w:t>
      </w:r>
    </w:p>
    <w:p w14:paraId="16819BFD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Nome e cognome / Denominazione: ___________________________</w:t>
      </w:r>
    </w:p>
    <w:p w14:paraId="0549EE6A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Nato/a a: __________________ il ______________</w:t>
      </w:r>
    </w:p>
    <w:p w14:paraId="004C0026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Residente/Sede legale in: __________________</w:t>
      </w:r>
    </w:p>
    <w:p w14:paraId="7EAE68A6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Codice fiscale/P. IVA: ___________________________</w:t>
      </w:r>
    </w:p>
    <w:p w14:paraId="03F1A704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Tel.: __________________ Email/PEC: ___________________________</w:t>
      </w:r>
    </w:p>
    <w:p w14:paraId="68A0E5F2" w14:textId="212989E1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in qualità di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br/>
      </w:r>
      <w:r w:rsidRPr="0005375D">
        <w:rPr>
          <w:rFonts w:ascii="Segoe UI Symbol" w:hAnsi="Segoe UI Symbol" w:cs="Segoe UI Symbol"/>
          <w:sz w:val="24"/>
          <w:szCs w:val="24"/>
          <w:lang w:val="it-IT"/>
        </w:rPr>
        <w:t>☐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Persona fisica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br/>
      </w:r>
      <w:r w:rsidRPr="0005375D">
        <w:rPr>
          <w:rFonts w:ascii="Segoe UI Symbol" w:hAnsi="Segoe UI Symbol" w:cs="Segoe UI Symbol"/>
          <w:sz w:val="24"/>
          <w:szCs w:val="24"/>
          <w:lang w:val="it-IT"/>
        </w:rPr>
        <w:t>☐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Legale rappresentante dell</w:t>
      </w:r>
      <w:r w:rsidRPr="0005375D">
        <w:rPr>
          <w:rFonts w:ascii="Calibri" w:hAnsi="Calibri" w:cs="Calibri"/>
          <w:sz w:val="24"/>
          <w:szCs w:val="24"/>
          <w:lang w:val="it-IT"/>
        </w:rPr>
        <w:t>’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>impresa</w:t>
      </w:r>
      <w:r w:rsidR="005530EC" w:rsidRPr="0005375D">
        <w:rPr>
          <w:rFonts w:asciiTheme="majorHAnsi" w:hAnsiTheme="majorHAnsi" w:cstheme="majorHAnsi"/>
          <w:sz w:val="24"/>
          <w:szCs w:val="24"/>
          <w:lang w:val="it-IT"/>
        </w:rPr>
        <w:t>/associazione</w:t>
      </w:r>
      <w:r w:rsidR="0005375D"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/ </w:t>
      </w:r>
      <w:r w:rsidR="0005375D" w:rsidRPr="0005375D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Amministratore munito di poteri di rappresentanza</w:t>
      </w:r>
      <w:r w:rsidR="0005375D" w:rsidRPr="0005375D">
        <w:rPr>
          <w:rFonts w:asciiTheme="majorHAnsi" w:hAnsiTheme="majorHAnsi" w:cstheme="majorHAnsi"/>
          <w:sz w:val="24"/>
          <w:szCs w:val="24"/>
          <w:lang w:val="it-IT"/>
        </w:rPr>
        <w:t>/ Titolare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>___________________________</w:t>
      </w:r>
    </w:p>
    <w:p w14:paraId="6EF60B62" w14:textId="77777777" w:rsidR="005530EC" w:rsidRPr="0005375D" w:rsidRDefault="007D132C" w:rsidP="005530EC">
      <w:pPr>
        <w:jc w:val="center"/>
        <w:rPr>
          <w:rFonts w:asciiTheme="majorHAnsi" w:hAnsiTheme="majorHAnsi" w:cstheme="majorHAnsi"/>
          <w:b/>
          <w:bCs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b/>
          <w:bCs/>
          <w:sz w:val="24"/>
          <w:szCs w:val="24"/>
          <w:lang w:val="it-IT"/>
        </w:rPr>
        <w:t>CHIEDE</w:t>
      </w:r>
    </w:p>
    <w:p w14:paraId="7FA2562B" w14:textId="2E7238B4" w:rsidR="00BB6C8E" w:rsidRPr="0005375D" w:rsidRDefault="007D132C" w:rsidP="005530E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br/>
        <w:t xml:space="preserve">di essere ammesso a partecipare alla procedura di sponsorizzazione di cui all’avviso pubblico del </w:t>
      </w:r>
      <w:r w:rsidR="005530EC" w:rsidRPr="0005375D">
        <w:rPr>
          <w:rFonts w:asciiTheme="majorHAnsi" w:hAnsiTheme="majorHAnsi" w:cstheme="majorHAnsi"/>
          <w:sz w:val="24"/>
          <w:szCs w:val="24"/>
          <w:lang w:val="it-IT"/>
        </w:rPr>
        <w:t>_____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>, relativo a:</w:t>
      </w:r>
    </w:p>
    <w:p w14:paraId="11D0A6FC" w14:textId="470A3778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Oggetto della sponsorizzazione: __________________________________________</w:t>
      </w:r>
    </w:p>
    <w:p w14:paraId="2DCD527D" w14:textId="4FA4478B" w:rsidR="005530EC" w:rsidRPr="0005375D" w:rsidRDefault="005530EC" w:rsidP="005530EC">
      <w:pPr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e, consapevole delle sanzioni penali previste in caso di dichiarazioni mendaci, così come stabilito dall’art. 76 del DPR 445/2000, e ai sensi degli articoli 46 e 47 del medesimo DPR, sotto la propria responsabilità</w:t>
      </w:r>
    </w:p>
    <w:p w14:paraId="0CA2D2AA" w14:textId="3FDB668D" w:rsidR="00BB6C8E" w:rsidRPr="0005375D" w:rsidRDefault="005530EC" w:rsidP="005530EC">
      <w:pPr>
        <w:jc w:val="center"/>
        <w:rPr>
          <w:rFonts w:asciiTheme="majorHAnsi" w:hAnsiTheme="majorHAnsi" w:cstheme="majorHAnsi"/>
          <w:b/>
          <w:bCs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b/>
          <w:bCs/>
          <w:sz w:val="24"/>
          <w:szCs w:val="24"/>
          <w:lang w:val="it-IT"/>
        </w:rPr>
        <w:t>DICHIARA</w:t>
      </w:r>
    </w:p>
    <w:p w14:paraId="1E23CD49" w14:textId="77777777" w:rsidR="0005375D" w:rsidRPr="0005375D" w:rsidRDefault="007D132C" w:rsidP="0005375D">
      <w:pPr>
        <w:pStyle w:val="Paragrafoelenco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di voler presentare la seguente proposta: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br/>
        <w:t xml:space="preserve">   </w:t>
      </w:r>
      <w:r w:rsidRPr="0005375D">
        <w:rPr>
          <w:rFonts w:ascii="Segoe UI Symbol" w:hAnsi="Segoe UI Symbol" w:cs="Segoe UI Symbol"/>
          <w:sz w:val="24"/>
          <w:szCs w:val="24"/>
          <w:lang w:val="it-IT"/>
        </w:rPr>
        <w:t>☐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Sponsorizzazione pura dell</w:t>
      </w:r>
      <w:r w:rsidRPr="0005375D">
        <w:rPr>
          <w:rFonts w:ascii="Calibri" w:hAnsi="Calibri" w:cs="Calibri"/>
          <w:sz w:val="24"/>
          <w:szCs w:val="24"/>
          <w:lang w:val="it-IT"/>
        </w:rPr>
        <w:t>’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importo di </w:t>
      </w:r>
      <w:r w:rsidRPr="0005375D">
        <w:rPr>
          <w:rFonts w:ascii="Calibri" w:hAnsi="Calibri" w:cs="Calibri"/>
          <w:sz w:val="24"/>
          <w:szCs w:val="24"/>
          <w:lang w:val="it-IT"/>
        </w:rPr>
        <w:t>€</w:t>
      </w:r>
      <w:r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______ IVA inclusa</w:t>
      </w:r>
      <w:r w:rsidR="005530EC"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</w:p>
    <w:p w14:paraId="547921D7" w14:textId="77777777" w:rsidR="001C1649" w:rsidRDefault="0005375D" w:rsidP="001C1649">
      <w:pPr>
        <w:pStyle w:val="Paragrafoelenco"/>
        <w:rPr>
          <w:rFonts w:ascii="Segoe UI Symbol" w:hAnsi="Segoe UI Symbol" w:cs="Segoe UI Symbol"/>
          <w:color w:val="EE0000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       (</w:t>
      </w:r>
      <w:r w:rsidR="005530EC" w:rsidRPr="0005375D">
        <w:rPr>
          <w:rFonts w:asciiTheme="majorHAnsi" w:hAnsiTheme="majorHAnsi" w:cstheme="majorHAnsi"/>
          <w:sz w:val="24"/>
          <w:szCs w:val="24"/>
          <w:lang w:val="it-IT"/>
        </w:rPr>
        <w:t>non inferiore a quanto stabilito nell’avviso)</w:t>
      </w:r>
      <w:r w:rsidR="007D132C" w:rsidRPr="0005375D">
        <w:rPr>
          <w:rFonts w:asciiTheme="majorHAnsi" w:hAnsiTheme="majorHAnsi" w:cstheme="majorHAnsi"/>
          <w:sz w:val="24"/>
          <w:szCs w:val="24"/>
          <w:lang w:val="it-IT"/>
        </w:rPr>
        <w:br/>
      </w:r>
    </w:p>
    <w:p w14:paraId="709FF4AF" w14:textId="6387313F" w:rsidR="00BB6C8E" w:rsidRPr="0005375D" w:rsidRDefault="007D132C" w:rsidP="001C1649">
      <w:pPr>
        <w:pStyle w:val="Paragrafoelenco"/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di impegnarsi, in caso di accoglimento, a sottoscrivere il contratto di sponsorizzazione secondo le modalità previste dall’avviso;</w:t>
      </w:r>
    </w:p>
    <w:p w14:paraId="45222108" w14:textId="0AC4D740" w:rsidR="0005375D" w:rsidRPr="0005375D" w:rsidRDefault="007D132C" w:rsidP="0005375D">
      <w:pPr>
        <w:pStyle w:val="Paragrafoelenco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di non rientrare nei casi di esclusione previsti dall’art. 11 del Regolamento;</w:t>
      </w:r>
    </w:p>
    <w:p w14:paraId="3EF91ADD" w14:textId="270E4893" w:rsidR="0005375D" w:rsidRPr="0005375D" w:rsidRDefault="0005375D" w:rsidP="0005375D">
      <w:pPr>
        <w:pStyle w:val="Paragrafoelenco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di non rientrare nei casi di esclusione di cui agli artt. 94 e 95 del d.lgs. 36/2023;</w:t>
      </w:r>
    </w:p>
    <w:p w14:paraId="5895AFE7" w14:textId="432F5001" w:rsidR="00BB6C8E" w:rsidRPr="0005375D" w:rsidRDefault="007D132C" w:rsidP="0005375D">
      <w:pPr>
        <w:pStyle w:val="Paragrafoelenco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di accettare integralmente il contenuto dell’avviso e del regolamento comunale;</w:t>
      </w:r>
    </w:p>
    <w:p w14:paraId="018A1447" w14:textId="2A8A1C73" w:rsidR="00BB6C8E" w:rsidRPr="0005375D" w:rsidRDefault="007D132C" w:rsidP="0005375D">
      <w:pPr>
        <w:pStyle w:val="Paragrafoelenco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di essere consapevole che la presente dichiarazione costituisce dichiarazione sostitutiva di certificazione ai sensi del D.P.R. 445/2000;</w:t>
      </w:r>
    </w:p>
    <w:p w14:paraId="293895BA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Luogo e data: ______________________</w:t>
      </w:r>
    </w:p>
    <w:p w14:paraId="7AD4C14E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Firma (autografa o digitale): ___________________________</w:t>
      </w:r>
    </w:p>
    <w:p w14:paraId="63CF2167" w14:textId="77777777" w:rsidR="0005375D" w:rsidRPr="0005375D" w:rsidRDefault="0005375D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4F08D6A4" w14:textId="0F2D9C3A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Allega:</w:t>
      </w:r>
    </w:p>
    <w:p w14:paraId="211F3935" w14:textId="18D55BAA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- copia documento d’identità</w:t>
      </w:r>
      <w:r w:rsidR="0005375D" w:rsidRPr="0005375D">
        <w:rPr>
          <w:rFonts w:asciiTheme="majorHAnsi" w:hAnsiTheme="majorHAnsi" w:cstheme="majorHAnsi"/>
          <w:sz w:val="24"/>
          <w:szCs w:val="24"/>
          <w:lang w:val="it-IT"/>
        </w:rPr>
        <w:t xml:space="preserve"> se firmato olograficamente </w:t>
      </w:r>
    </w:p>
    <w:p w14:paraId="45E261BF" w14:textId="77777777" w:rsidR="00BB6C8E" w:rsidRPr="0005375D" w:rsidRDefault="007D132C">
      <w:pPr>
        <w:rPr>
          <w:rFonts w:asciiTheme="majorHAnsi" w:hAnsiTheme="majorHAnsi" w:cstheme="majorHAnsi"/>
          <w:sz w:val="24"/>
          <w:szCs w:val="24"/>
          <w:lang w:val="it-IT"/>
        </w:rPr>
      </w:pPr>
      <w:r w:rsidRPr="0005375D">
        <w:rPr>
          <w:rFonts w:asciiTheme="majorHAnsi" w:hAnsiTheme="majorHAnsi" w:cstheme="majorHAnsi"/>
          <w:sz w:val="24"/>
          <w:szCs w:val="24"/>
          <w:lang w:val="it-IT"/>
        </w:rPr>
        <w:t>- eventuale documentazione tecnica/economica</w:t>
      </w:r>
    </w:p>
    <w:p w14:paraId="18CCBEC5" w14:textId="6A02F994" w:rsidR="00BB6C8E" w:rsidRPr="0005375D" w:rsidRDefault="00BB6C8E">
      <w:pPr>
        <w:rPr>
          <w:rFonts w:asciiTheme="majorHAnsi" w:hAnsiTheme="majorHAnsi" w:cstheme="majorHAnsi"/>
          <w:sz w:val="24"/>
          <w:szCs w:val="24"/>
          <w:lang w:val="it-IT"/>
        </w:rPr>
      </w:pPr>
    </w:p>
    <w:sectPr w:rsidR="00BB6C8E" w:rsidRPr="0005375D" w:rsidSect="001C1649">
      <w:pgSz w:w="12240" w:h="15840"/>
      <w:pgMar w:top="1440" w:right="1800" w:bottom="70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C980551"/>
    <w:multiLevelType w:val="hybridMultilevel"/>
    <w:tmpl w:val="603E9D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944754">
    <w:abstractNumId w:val="8"/>
  </w:num>
  <w:num w:numId="2" w16cid:durableId="1402632797">
    <w:abstractNumId w:val="6"/>
  </w:num>
  <w:num w:numId="3" w16cid:durableId="1883788164">
    <w:abstractNumId w:val="5"/>
  </w:num>
  <w:num w:numId="4" w16cid:durableId="1110902947">
    <w:abstractNumId w:val="4"/>
  </w:num>
  <w:num w:numId="5" w16cid:durableId="912079673">
    <w:abstractNumId w:val="7"/>
  </w:num>
  <w:num w:numId="6" w16cid:durableId="1030489564">
    <w:abstractNumId w:val="3"/>
  </w:num>
  <w:num w:numId="7" w16cid:durableId="492180710">
    <w:abstractNumId w:val="2"/>
  </w:num>
  <w:num w:numId="8" w16cid:durableId="577206129">
    <w:abstractNumId w:val="1"/>
  </w:num>
  <w:num w:numId="9" w16cid:durableId="1126504930">
    <w:abstractNumId w:val="0"/>
  </w:num>
  <w:num w:numId="10" w16cid:durableId="10960924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375D"/>
    <w:rsid w:val="0006063C"/>
    <w:rsid w:val="00141F88"/>
    <w:rsid w:val="0015074B"/>
    <w:rsid w:val="001C1649"/>
    <w:rsid w:val="0029639D"/>
    <w:rsid w:val="00326F90"/>
    <w:rsid w:val="003C24C2"/>
    <w:rsid w:val="005530EC"/>
    <w:rsid w:val="005E4103"/>
    <w:rsid w:val="00627D17"/>
    <w:rsid w:val="0077014B"/>
    <w:rsid w:val="007D132C"/>
    <w:rsid w:val="00AA1D8D"/>
    <w:rsid w:val="00B47730"/>
    <w:rsid w:val="00BB6C8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53D1DA"/>
  <w14:defaultImageDpi w14:val="300"/>
  <w15:docId w15:val="{308B0300-4AEC-406B-ABFA-70D8A2EE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1C164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C16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Serena Ricchini</cp:lastModifiedBy>
  <cp:revision>6</cp:revision>
  <dcterms:created xsi:type="dcterms:W3CDTF">2025-06-25T16:59:00Z</dcterms:created>
  <dcterms:modified xsi:type="dcterms:W3CDTF">2026-01-27T07:24:00Z</dcterms:modified>
  <cp:category/>
</cp:coreProperties>
</file>